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מקצועות ועבודה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מגוון מקצועות ותפקידם בחברה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יצירתית סביב משחקי מילים ורמזים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ניבים וביטויים הקשורים לעבודה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מקצועות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הרעיון במשחק על שמות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מקצוע לכלי העבודה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(סטטוסקופ)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(סכין מטבח)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(פטיש ומסמרים)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(מזמרה)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שמראה הבנה שמקצועות שונים עוזרים לקהילה לתפקד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לשם מקצוע מתוך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שרמז מכוון לפתרון אך לא חושף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יצירתית הגיונית ולא בהכרח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תמונה אחת מהדף ולבקש מהתלמידים לנחש את המקצוע לפני מתן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עבודה בזוגות בחלק היצירתי של המצאת השמות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מקצועות ועבודה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מופיע משחק תמונות שבו צריך לנחש איזה מקצוע מוסתר בכל תמונה, לפענח רמזים מצחיקים ולחשוב על שמות שמסתירים בתוכם 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שוטר  ·  שיניים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מקצועות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עובד בבית חולים ומטפל בחולים?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חשמלאי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מכין אוכל במסעדה?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עורך 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מלמד תלמידים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רואה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המשחק היא לנחש איזה מקצוע מוצג בתמונה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פרטי ושם משפחה יכולים להסתיר בתוכם משפט או בקשה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 שמתקן שיניים נקרא רופא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שמגן על הסדר ברחוב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מקצוע לכלי העבודה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פטיש ומסמרים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סטטוסקופ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מזמרה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סכין מטבח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חושבים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חשוב שיהיו בקהילה אנשים שעובדים כגננים, רופאים ומורים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מקצוע אחד שלמדתם עליו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רמז לפתרון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מילים בתמונות – מקצועות ועבודה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