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מקצועות ותפקידם בחברה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יצירתית סביב משחקי מילים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ניבים וביטויים הקשורים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חשמלאי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טייס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באחת התמונות צוין שזה דווקא מוזר ולא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במשחק על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מצוינים כמה יוצרים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מגוון מקצועות כמו טייס, גנן וטבח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אדריכל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מקצוע לכלי העבודה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(סטטוסקופ)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(סכין 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(פטיש ומסמרים)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(מזמרה)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(מברג ומד מתח)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שמראה הבנה שמקצועות שונים עוזרים לקהילה לתפקד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יצירתיות: שם שנשמע כמו משפט, וחיבור הגיוני בינו לבין מקצוע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מקצוע מתוך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שרמז מכוון לפתרון אך לא חושף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יצירתית הגיונית ולא בהכרח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אחת מהדף ולבקש מהתלמידים לנחש את המקצוע לפני מתן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בחלק היצירתי של המצאת השמות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משחק עם תמונות. צריך לנחש איזה מקצוע מופיע בכל תמונה, ולענות על חידות קטנות.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מקצוע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שאדם עושה כדי להתפרנס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שמסתיר מילה או רעיון בתוך תמונה או 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שעוזר לפתור 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ידוע שיש לו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כפולה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שני פירושים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הנכונה לחידה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שעיצב או צייר את התמונה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שאפשר לשחק בו כדי לתרגל את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עובד מי שמטפל בחולים?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חשמלאי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מבשל אוכל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עומד מול הכיתה ומלמד?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רואה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בא כשיש תקלה בחשמל?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חשמלאי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יושב בתא הטייס?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דואג לפרחים ולעצים?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חשמלאי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לנחש איזה מקצוע מוצג בתמונה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התמונות מופיעים בעלי חיים שמתאימים למקצוע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פרטי ושם משפחה יכולים להסתיר בתוכם משפט או בקשה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התמונות במשחק נוצרו על ידי אותו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עוסק רק בעבודות משרדיות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שמתקן שיניים נקרא רופא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שמגן על הסדר ברחוב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שבונה רהיטים מעץ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שמוכר תרופות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שמתכנן בניינים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מקצוע לכלי העבודה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פטיש ומסמרים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מברג ומד מתח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סטטוסקופ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סכין מטבח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חשמלאי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מזמרה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שיהיו בקהילה אנשים שעובדים כגננים, רופאים ומורים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שם פרטי ושם משפחה שמסתתר בו משפט קצר או בקשה, וכתבו איזה מקצוע מתאים לבעל השם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מקצוע אחד שלמדתם עליו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רמז לפתרון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לשם שיכול להסתיר בתוכו 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מקצועות ועבודה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